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00FDD" w14:textId="77777777" w:rsidR="00A060BC" w:rsidRPr="00A91B77" w:rsidRDefault="00000000">
      <w:pPr>
        <w:jc w:val="center"/>
        <w:rPr>
          <w:lang w:val="it-IT"/>
        </w:rPr>
      </w:pPr>
      <w:r w:rsidRPr="00A91B77">
        <w:rPr>
          <w:b/>
          <w:color w:val="003366"/>
          <w:sz w:val="20"/>
          <w:lang w:val="it-IT"/>
        </w:rPr>
        <w:t>CAI PIANEZZA — CINQUANTENARIO (1976-2026)</w:t>
      </w:r>
    </w:p>
    <w:p w14:paraId="59DD47AF" w14:textId="77777777" w:rsidR="00A060BC" w:rsidRPr="00A91B77" w:rsidRDefault="00000000">
      <w:pPr>
        <w:jc w:val="center"/>
        <w:rPr>
          <w:lang w:val="it-IT"/>
        </w:rPr>
      </w:pPr>
      <w:r w:rsidRPr="00A91B77">
        <w:rPr>
          <w:b/>
          <w:color w:val="003366"/>
          <w:sz w:val="44"/>
          <w:lang w:val="it-IT"/>
        </w:rPr>
        <w:t>Tabella Tecnica della Traversata</w:t>
      </w:r>
    </w:p>
    <w:p w14:paraId="1913D978" w14:textId="77777777" w:rsidR="00A060BC" w:rsidRPr="00A91B77" w:rsidRDefault="00000000">
      <w:pPr>
        <w:jc w:val="center"/>
        <w:rPr>
          <w:lang w:val="it-IT"/>
        </w:rPr>
      </w:pPr>
      <w:r w:rsidRPr="00A91B77">
        <w:rPr>
          <w:i/>
          <w:color w:val="555555"/>
          <w:sz w:val="28"/>
          <w:lang w:val="it-IT"/>
        </w:rPr>
        <w:t xml:space="preserve">Cresta dell'Acqua Calda (dal Musinè al Rocciamelone) in </w:t>
      </w:r>
      <w:proofErr w:type="gramStart"/>
      <w:r w:rsidRPr="00A91B77">
        <w:rPr>
          <w:i/>
          <w:color w:val="555555"/>
          <w:sz w:val="28"/>
          <w:lang w:val="it-IT"/>
        </w:rPr>
        <w:t>5</w:t>
      </w:r>
      <w:proofErr w:type="gramEnd"/>
      <w:r w:rsidRPr="00A91B77">
        <w:rPr>
          <w:i/>
          <w:color w:val="555555"/>
          <w:sz w:val="28"/>
          <w:lang w:val="it-IT"/>
        </w:rPr>
        <w:t xml:space="preserve"> Tappe</w:t>
      </w:r>
    </w:p>
    <w:p w14:paraId="298AA2B8" w14:textId="77777777" w:rsidR="00A060BC" w:rsidRPr="00A91B77" w:rsidRDefault="00A060BC">
      <w:pPr>
        <w:rPr>
          <w:lang w:val="it-IT"/>
        </w:rPr>
      </w:pPr>
    </w:p>
    <w:p w14:paraId="46912351" w14:textId="573BD38C" w:rsidR="00A060BC" w:rsidRPr="00A91B77" w:rsidRDefault="00000000">
      <w:pPr>
        <w:spacing w:after="240"/>
        <w:rPr>
          <w:lang w:val="it-IT"/>
        </w:rPr>
      </w:pPr>
      <w:r w:rsidRPr="00A91B77">
        <w:rPr>
          <w:lang w:val="it-IT"/>
        </w:rPr>
        <w:t xml:space="preserve">Questa tabella riporta i dati tecnici aggiornati e la suddivisione ufficiale in </w:t>
      </w:r>
      <w:r w:rsidRPr="00A91B77">
        <w:rPr>
          <w:b/>
          <w:lang w:val="it-IT"/>
        </w:rPr>
        <w:t>5 tappe</w:t>
      </w:r>
      <w:r w:rsidRPr="00A91B77">
        <w:rPr>
          <w:lang w:val="it-IT"/>
        </w:rPr>
        <w:t xml:space="preserve"> dell'itinerario della Cresta dell'Acqua Calda, ricalibrato dalla Sezione CAI Pianezza per ridurre i dislivelli giornalieri a quote comprese tra 1300 m e 1400 m, rendendo l'intero percorso (oltre 40 km e 26 vette) accessibile all'alpinista comune.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60"/>
        <w:gridCol w:w="2592"/>
        <w:gridCol w:w="1728"/>
        <w:gridCol w:w="2880"/>
      </w:tblGrid>
      <w:tr w:rsidR="00A060BC" w14:paraId="5F298D2D" w14:textId="77777777">
        <w:trPr>
          <w:cantSplit/>
          <w:tblHeader/>
          <w:jc w:val="center"/>
        </w:trPr>
        <w:tc>
          <w:tcPr>
            <w:tcW w:w="2160" w:type="dxa"/>
            <w:shd w:val="clear" w:color="auto" w:fill="003366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04B64A" w14:textId="77777777" w:rsidR="00A060BC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20"/>
              </w:rPr>
              <w:t xml:space="preserve">Tappa &amp; </w:t>
            </w:r>
            <w:proofErr w:type="spellStart"/>
            <w:r>
              <w:rPr>
                <w:b/>
                <w:color w:val="FFFFFF"/>
                <w:sz w:val="20"/>
              </w:rPr>
              <w:t>Percorso</w:t>
            </w:r>
            <w:proofErr w:type="spellEnd"/>
          </w:p>
        </w:tc>
        <w:tc>
          <w:tcPr>
            <w:tcW w:w="2592" w:type="dxa"/>
            <w:shd w:val="clear" w:color="auto" w:fill="003366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4D202E2" w14:textId="77777777" w:rsidR="00A060BC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20"/>
              </w:rPr>
              <w:t>Principali Cime e Passaggi</w:t>
            </w:r>
          </w:p>
        </w:tc>
        <w:tc>
          <w:tcPr>
            <w:tcW w:w="1728" w:type="dxa"/>
            <w:shd w:val="clear" w:color="auto" w:fill="003366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C57551" w14:textId="77777777" w:rsidR="00A060BC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20"/>
              </w:rPr>
              <w:t>Dati Tecnici</w:t>
            </w:r>
          </w:p>
        </w:tc>
        <w:tc>
          <w:tcPr>
            <w:tcW w:w="2880" w:type="dxa"/>
            <w:shd w:val="clear" w:color="auto" w:fill="003366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325668" w14:textId="77777777" w:rsidR="00A060BC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20"/>
              </w:rPr>
              <w:t>Caratteristiche &amp; Note Logistiche</w:t>
            </w:r>
          </w:p>
        </w:tc>
      </w:tr>
      <w:tr w:rsidR="00A060BC" w:rsidRPr="00A91B77" w14:paraId="346A4D98" w14:textId="77777777">
        <w:trPr>
          <w:cantSplit/>
          <w:jc w:val="center"/>
        </w:trPr>
        <w:tc>
          <w:tcPr>
            <w:tcW w:w="216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819D66E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b/>
                <w:color w:val="003366"/>
                <w:sz w:val="21"/>
                <w:lang w:val="it-IT"/>
              </w:rPr>
              <w:t>Tappa 1</w:t>
            </w:r>
            <w:r w:rsidRPr="00A91B77">
              <w:rPr>
                <w:i/>
                <w:color w:val="555555"/>
                <w:sz w:val="19"/>
                <w:lang w:val="it-IT"/>
              </w:rPr>
              <w:br/>
              <w:t>Caselette — Colle del Lys</w:t>
            </w:r>
          </w:p>
        </w:tc>
        <w:tc>
          <w:tcPr>
            <w:tcW w:w="259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244270E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M. Musinè (1146 m)</w:t>
            </w:r>
          </w:p>
          <w:p w14:paraId="3B9B2FE9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Colle La Bassetta (930 m)</w:t>
            </w:r>
          </w:p>
          <w:p w14:paraId="4B89BFCE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M. Curt (1325 m)</w:t>
            </w:r>
          </w:p>
          <w:p w14:paraId="7E902A95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Truc del Faro (1207 m)</w:t>
            </w:r>
          </w:p>
          <w:p w14:paraId="7BBE93C8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Santuario Madonna della Bassa (1150 m)</w:t>
            </w:r>
          </w:p>
          <w:p w14:paraId="59385106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M. Arpone (1603 m)</w:t>
            </w:r>
          </w:p>
          <w:p w14:paraId="60892646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Col del Lys (1311 m)</w:t>
            </w:r>
          </w:p>
        </w:tc>
        <w:tc>
          <w:tcPr>
            <w:tcW w:w="172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88E3622" w14:textId="77777777" w:rsidR="00A060BC" w:rsidRPr="00A91B77" w:rsidRDefault="00000000">
            <w:pPr>
              <w:spacing w:before="80" w:after="80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Dislivello:</w:t>
            </w:r>
          </w:p>
          <w:p w14:paraId="52BF5CA4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+1701 m</w:t>
            </w:r>
          </w:p>
          <w:p w14:paraId="1251D274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-775 m</w:t>
            </w:r>
          </w:p>
          <w:p w14:paraId="68035B91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63DCC90D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Tempo: ~6h 30'</w:t>
            </w:r>
          </w:p>
          <w:p w14:paraId="2819EFD6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06129EBE" w14:textId="77777777" w:rsidR="00A060BC" w:rsidRDefault="00000000">
            <w:pPr>
              <w:spacing w:after="40" w:line="264" w:lineRule="auto"/>
              <w:jc w:val="center"/>
            </w:pPr>
            <w:proofErr w:type="spellStart"/>
            <w:r>
              <w:rPr>
                <w:b/>
                <w:sz w:val="19"/>
              </w:rPr>
              <w:t>Difficoltà</w:t>
            </w:r>
            <w:proofErr w:type="spellEnd"/>
            <w:r>
              <w:rPr>
                <w:b/>
                <w:sz w:val="19"/>
              </w:rPr>
              <w:t>: E / EE</w:t>
            </w:r>
          </w:p>
        </w:tc>
        <w:tc>
          <w:tcPr>
            <w:tcW w:w="288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6082C4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Tratti rocciosi non troppo tecnici e facili sentieri. La tappa attraversa il Monte Arpone superando i 1600 m di quota prima di scendere al Colle del Lys.</w:t>
            </w:r>
          </w:p>
          <w:p w14:paraId="78856554" w14:textId="77777777" w:rsidR="00A060BC" w:rsidRPr="00A91B77" w:rsidRDefault="00A060BC">
            <w:pPr>
              <w:spacing w:before="80" w:after="80"/>
              <w:rPr>
                <w:lang w:val="it-IT"/>
              </w:rPr>
            </w:pPr>
          </w:p>
          <w:p w14:paraId="308D3656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Pernottamento agevole al Colle del Lys.</w:t>
            </w:r>
          </w:p>
        </w:tc>
      </w:tr>
      <w:tr w:rsidR="00A060BC" w:rsidRPr="00A91B77" w14:paraId="2501A5B6" w14:textId="77777777">
        <w:trPr>
          <w:cantSplit/>
          <w:jc w:val="center"/>
        </w:trPr>
        <w:tc>
          <w:tcPr>
            <w:tcW w:w="2160" w:type="dxa"/>
            <w:shd w:val="clear" w:color="auto" w:fill="F2F5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D2F9D94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b/>
                <w:color w:val="003366"/>
                <w:sz w:val="21"/>
                <w:lang w:val="it-IT"/>
              </w:rPr>
              <w:t>Tappa 2</w:t>
            </w:r>
            <w:r w:rsidRPr="00A91B77">
              <w:rPr>
                <w:i/>
                <w:color w:val="555555"/>
                <w:sz w:val="19"/>
                <w:lang w:val="it-IT"/>
              </w:rPr>
              <w:br/>
              <w:t xml:space="preserve">Colle del Lys — Colle del </w:t>
            </w:r>
            <w:proofErr w:type="spellStart"/>
            <w:r w:rsidRPr="00A91B77">
              <w:rPr>
                <w:i/>
                <w:color w:val="555555"/>
                <w:sz w:val="19"/>
                <w:lang w:val="it-IT"/>
              </w:rPr>
              <w:t>Colombardo</w:t>
            </w:r>
            <w:proofErr w:type="spellEnd"/>
          </w:p>
        </w:tc>
        <w:tc>
          <w:tcPr>
            <w:tcW w:w="2592" w:type="dxa"/>
            <w:shd w:val="clear" w:color="auto" w:fill="F2F5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6BD1D0B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M. </w:t>
            </w:r>
            <w:proofErr w:type="spellStart"/>
            <w:r w:rsidRPr="00A91B77">
              <w:rPr>
                <w:sz w:val="18"/>
                <w:lang w:val="it-IT"/>
              </w:rPr>
              <w:t>Pelà</w:t>
            </w:r>
            <w:proofErr w:type="spellEnd"/>
            <w:r w:rsidRPr="00A91B77">
              <w:rPr>
                <w:sz w:val="18"/>
                <w:lang w:val="it-IT"/>
              </w:rPr>
              <w:t xml:space="preserve"> (1444 m)</w:t>
            </w:r>
          </w:p>
          <w:p w14:paraId="30100697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Colle della Frai (1333 m)</w:t>
            </w:r>
          </w:p>
          <w:p w14:paraId="71D98F4B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M. Rognoso (1959 m)</w:t>
            </w:r>
          </w:p>
          <w:p w14:paraId="425B122D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</w:t>
            </w:r>
            <w:proofErr w:type="spellStart"/>
            <w:r w:rsidRPr="00A91B77">
              <w:rPr>
                <w:sz w:val="18"/>
                <w:lang w:val="it-IT"/>
              </w:rPr>
              <w:t>Civrari</w:t>
            </w:r>
            <w:proofErr w:type="spellEnd"/>
            <w:r w:rsidRPr="00A91B77">
              <w:rPr>
                <w:sz w:val="18"/>
                <w:lang w:val="it-IT"/>
              </w:rPr>
              <w:t xml:space="preserve"> (Punta della Croce, 2234 m)</w:t>
            </w:r>
          </w:p>
          <w:p w14:paraId="3AD531C6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Bocchetta del </w:t>
            </w:r>
            <w:proofErr w:type="spellStart"/>
            <w:r w:rsidRPr="00A91B77">
              <w:rPr>
                <w:sz w:val="18"/>
                <w:lang w:val="it-IT"/>
              </w:rPr>
              <w:t>Civrari</w:t>
            </w:r>
            <w:proofErr w:type="spellEnd"/>
            <w:r w:rsidRPr="00A91B77">
              <w:rPr>
                <w:sz w:val="18"/>
                <w:lang w:val="it-IT"/>
              </w:rPr>
              <w:t xml:space="preserve"> (2160 m)</w:t>
            </w:r>
          </w:p>
          <w:p w14:paraId="1FE34236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Colle del </w:t>
            </w:r>
            <w:proofErr w:type="spellStart"/>
            <w:r w:rsidRPr="00A91B77">
              <w:rPr>
                <w:sz w:val="18"/>
                <w:lang w:val="it-IT"/>
              </w:rPr>
              <w:t>Colombardo</w:t>
            </w:r>
            <w:proofErr w:type="spellEnd"/>
            <w:r w:rsidRPr="00A91B77">
              <w:rPr>
                <w:sz w:val="18"/>
                <w:lang w:val="it-IT"/>
              </w:rPr>
              <w:t xml:space="preserve"> (1898 m)</w:t>
            </w:r>
          </w:p>
        </w:tc>
        <w:tc>
          <w:tcPr>
            <w:tcW w:w="1728" w:type="dxa"/>
            <w:shd w:val="clear" w:color="auto" w:fill="F2F5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C6FDDD1" w14:textId="77777777" w:rsidR="00A060BC" w:rsidRPr="00A91B77" w:rsidRDefault="00000000">
            <w:pPr>
              <w:spacing w:before="80" w:after="80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Dislivello:</w:t>
            </w:r>
          </w:p>
          <w:p w14:paraId="1A9D90B7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+1084 m</w:t>
            </w:r>
          </w:p>
          <w:p w14:paraId="29C584A3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-497 m</w:t>
            </w:r>
          </w:p>
          <w:p w14:paraId="197E37FC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1A367F10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Tempo: ~5h 15'</w:t>
            </w:r>
          </w:p>
          <w:p w14:paraId="37B54B5A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41187A8F" w14:textId="77777777" w:rsidR="00A060BC" w:rsidRDefault="00000000">
            <w:pPr>
              <w:spacing w:after="40" w:line="264" w:lineRule="auto"/>
              <w:jc w:val="center"/>
            </w:pPr>
            <w:proofErr w:type="spellStart"/>
            <w:r>
              <w:rPr>
                <w:b/>
                <w:sz w:val="19"/>
              </w:rPr>
              <w:t>Difficoltà</w:t>
            </w:r>
            <w:proofErr w:type="spellEnd"/>
            <w:r>
              <w:rPr>
                <w:b/>
                <w:sz w:val="19"/>
              </w:rPr>
              <w:t>: EE</w:t>
            </w:r>
          </w:p>
        </w:tc>
        <w:tc>
          <w:tcPr>
            <w:tcW w:w="2880" w:type="dxa"/>
            <w:shd w:val="clear" w:color="auto" w:fill="F2F5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22A8FF" w14:textId="11337901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Tratti rocciosi non troppo tecnici, pietraie e prati ripidi. Richiede buon senso dell'orientamento in caso di nebbia.</w:t>
            </w:r>
          </w:p>
          <w:p w14:paraId="43BA31CD" w14:textId="77777777" w:rsidR="00A060BC" w:rsidRPr="00A91B77" w:rsidRDefault="00A060BC">
            <w:pPr>
              <w:spacing w:before="80" w:after="80"/>
              <w:rPr>
                <w:lang w:val="it-IT"/>
              </w:rPr>
            </w:pPr>
          </w:p>
          <w:p w14:paraId="59156647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 xml:space="preserve">Pernottamento agevole al Santuario del </w:t>
            </w:r>
            <w:proofErr w:type="spellStart"/>
            <w:r w:rsidRPr="00A91B77">
              <w:rPr>
                <w:sz w:val="19"/>
                <w:lang w:val="it-IT"/>
              </w:rPr>
              <w:t>Colombardo</w:t>
            </w:r>
            <w:proofErr w:type="spellEnd"/>
            <w:r w:rsidRPr="00A91B77">
              <w:rPr>
                <w:sz w:val="19"/>
                <w:lang w:val="it-IT"/>
              </w:rPr>
              <w:t xml:space="preserve"> (disponibilità di acqua).</w:t>
            </w:r>
          </w:p>
        </w:tc>
      </w:tr>
      <w:tr w:rsidR="00A060BC" w:rsidRPr="00A91B77" w14:paraId="0ECDF9E0" w14:textId="77777777">
        <w:trPr>
          <w:cantSplit/>
          <w:jc w:val="center"/>
        </w:trPr>
        <w:tc>
          <w:tcPr>
            <w:tcW w:w="216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B3EEA85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b/>
                <w:color w:val="003366"/>
                <w:sz w:val="21"/>
                <w:lang w:val="it-IT"/>
              </w:rPr>
              <w:lastRenderedPageBreak/>
              <w:t>Tappa 3</w:t>
            </w:r>
            <w:r w:rsidRPr="00A91B77">
              <w:rPr>
                <w:i/>
                <w:color w:val="555555"/>
                <w:sz w:val="19"/>
                <w:lang w:val="it-IT"/>
              </w:rPr>
              <w:br/>
              <w:t xml:space="preserve">Colle del </w:t>
            </w:r>
            <w:proofErr w:type="spellStart"/>
            <w:r w:rsidRPr="00A91B77">
              <w:rPr>
                <w:i/>
                <w:color w:val="555555"/>
                <w:sz w:val="19"/>
                <w:lang w:val="it-IT"/>
              </w:rPr>
              <w:t>Colombardo</w:t>
            </w:r>
            <w:proofErr w:type="spellEnd"/>
            <w:r w:rsidRPr="00A91B77">
              <w:rPr>
                <w:i/>
                <w:color w:val="555555"/>
                <w:sz w:val="19"/>
                <w:lang w:val="it-IT"/>
              </w:rPr>
              <w:t xml:space="preserve"> — Colle della Forcola</w:t>
            </w:r>
          </w:p>
        </w:tc>
        <w:tc>
          <w:tcPr>
            <w:tcW w:w="259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7B7BB05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</w:t>
            </w:r>
            <w:proofErr w:type="spellStart"/>
            <w:r w:rsidRPr="00A91B77">
              <w:rPr>
                <w:sz w:val="18"/>
                <w:lang w:val="it-IT"/>
              </w:rPr>
              <w:t>Colombardino</w:t>
            </w:r>
            <w:proofErr w:type="spellEnd"/>
            <w:r w:rsidRPr="00A91B77">
              <w:rPr>
                <w:sz w:val="18"/>
                <w:lang w:val="it-IT"/>
              </w:rPr>
              <w:t xml:space="preserve"> (1895 m)</w:t>
            </w:r>
          </w:p>
          <w:p w14:paraId="6E8E8C53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Tomba di Matolda (2084 m)</w:t>
            </w:r>
          </w:p>
          <w:p w14:paraId="6DAA405D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Punta del Grifone (2404 m)</w:t>
            </w:r>
          </w:p>
          <w:p w14:paraId="37742580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Colle della Portia (2183 m)</w:t>
            </w:r>
          </w:p>
          <w:p w14:paraId="7DCF60C2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Punta dell'Adois (2507 m)</w:t>
            </w:r>
          </w:p>
          <w:p w14:paraId="17BFFAB3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Rocce Maritano (2540 m)</w:t>
            </w:r>
          </w:p>
          <w:p w14:paraId="3B016132" w14:textId="77777777" w:rsidR="00A060BC" w:rsidRDefault="00000000">
            <w:pPr>
              <w:spacing w:after="40" w:line="264" w:lineRule="auto"/>
            </w:pPr>
            <w:r>
              <w:rPr>
                <w:sz w:val="18"/>
              </w:rPr>
              <w:t xml:space="preserve">• Colle della </w:t>
            </w:r>
            <w:proofErr w:type="spellStart"/>
            <w:r>
              <w:rPr>
                <w:sz w:val="18"/>
              </w:rPr>
              <w:t>Forcola</w:t>
            </w:r>
            <w:proofErr w:type="spellEnd"/>
            <w:r>
              <w:rPr>
                <w:sz w:val="18"/>
              </w:rPr>
              <w:t xml:space="preserve"> (2460 m)</w:t>
            </w:r>
          </w:p>
        </w:tc>
        <w:tc>
          <w:tcPr>
            <w:tcW w:w="172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EFA8F89" w14:textId="77777777" w:rsidR="00A060BC" w:rsidRPr="00A91B77" w:rsidRDefault="00000000">
            <w:pPr>
              <w:spacing w:before="80" w:after="80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Dislivello:</w:t>
            </w:r>
          </w:p>
          <w:p w14:paraId="2D61427A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+1243 m</w:t>
            </w:r>
          </w:p>
          <w:p w14:paraId="074015A5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-671 m</w:t>
            </w:r>
          </w:p>
          <w:p w14:paraId="408B0DD1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319DF194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Tempo: 4h 40'</w:t>
            </w:r>
          </w:p>
          <w:p w14:paraId="13498EC3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07F69A12" w14:textId="77777777" w:rsidR="00A060BC" w:rsidRDefault="00000000">
            <w:pPr>
              <w:spacing w:after="40" w:line="264" w:lineRule="auto"/>
              <w:jc w:val="center"/>
            </w:pPr>
            <w:proofErr w:type="spellStart"/>
            <w:r>
              <w:rPr>
                <w:b/>
                <w:sz w:val="19"/>
              </w:rPr>
              <w:t>Difficoltà</w:t>
            </w:r>
            <w:proofErr w:type="spellEnd"/>
            <w:r>
              <w:rPr>
                <w:b/>
                <w:sz w:val="19"/>
              </w:rPr>
              <w:t>: EE</w:t>
            </w:r>
          </w:p>
        </w:tc>
        <w:tc>
          <w:tcPr>
            <w:tcW w:w="288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81661B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Tratti rocciosi non troppo tecnici e ampie dorsali prative. Un breve tratto di roccette per superare il gendarme bifido dopo la Punta dell'Adois (aggirabile sul versante Valsusa).</w:t>
            </w:r>
          </w:p>
          <w:p w14:paraId="7136CACF" w14:textId="77777777" w:rsidR="00A060BC" w:rsidRPr="00A91B77" w:rsidRDefault="00A060BC">
            <w:pPr>
              <w:spacing w:before="80" w:after="80"/>
              <w:rPr>
                <w:lang w:val="it-IT"/>
              </w:rPr>
            </w:pPr>
          </w:p>
          <w:p w14:paraId="5E0F5F75" w14:textId="6E9A47B9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 xml:space="preserve">Al Colle della Forcola </w:t>
            </w:r>
            <w:r w:rsidR="00A91B77">
              <w:rPr>
                <w:sz w:val="19"/>
                <w:lang w:val="it-IT"/>
              </w:rPr>
              <w:t>verranno portate da soci volontari bevande, eventuale attrezzatura e in previsione di piogge anche tende</w:t>
            </w:r>
          </w:p>
        </w:tc>
      </w:tr>
      <w:tr w:rsidR="00A060BC" w:rsidRPr="00A91B77" w14:paraId="469892CB" w14:textId="77777777">
        <w:trPr>
          <w:cantSplit/>
          <w:jc w:val="center"/>
        </w:trPr>
        <w:tc>
          <w:tcPr>
            <w:tcW w:w="2160" w:type="dxa"/>
            <w:shd w:val="clear" w:color="auto" w:fill="F2F5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F7CF35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b/>
                <w:color w:val="003366"/>
                <w:sz w:val="21"/>
                <w:lang w:val="it-IT"/>
              </w:rPr>
              <w:t>Tappa 4</w:t>
            </w:r>
            <w:r w:rsidRPr="00A91B77">
              <w:rPr>
                <w:i/>
                <w:color w:val="555555"/>
                <w:sz w:val="19"/>
                <w:lang w:val="it-IT"/>
              </w:rPr>
              <w:br/>
              <w:t>Colle della Forcola — Capanna Sociale Ravetto</w:t>
            </w:r>
          </w:p>
        </w:tc>
        <w:tc>
          <w:tcPr>
            <w:tcW w:w="2592" w:type="dxa"/>
            <w:shd w:val="clear" w:color="auto" w:fill="F2F5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3D4ED02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Punta Lunella (2772 m)</w:t>
            </w:r>
          </w:p>
          <w:p w14:paraId="2A954DE1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Punta </w:t>
            </w:r>
            <w:proofErr w:type="spellStart"/>
            <w:r w:rsidRPr="00A91B77">
              <w:rPr>
                <w:sz w:val="18"/>
                <w:lang w:val="it-IT"/>
              </w:rPr>
              <w:t>Cruvin</w:t>
            </w:r>
            <w:proofErr w:type="spellEnd"/>
            <w:r w:rsidRPr="00A91B77">
              <w:rPr>
                <w:sz w:val="18"/>
                <w:lang w:val="it-IT"/>
              </w:rPr>
              <w:t xml:space="preserve"> (2698 m)</w:t>
            </w:r>
          </w:p>
          <w:p w14:paraId="3CD976A6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Punta </w:t>
            </w:r>
            <w:proofErr w:type="spellStart"/>
            <w:r w:rsidRPr="00A91B77">
              <w:rPr>
                <w:sz w:val="18"/>
                <w:lang w:val="it-IT"/>
              </w:rPr>
              <w:t>Cruvin</w:t>
            </w:r>
            <w:proofErr w:type="spellEnd"/>
            <w:r w:rsidRPr="00A91B77">
              <w:rPr>
                <w:sz w:val="18"/>
                <w:lang w:val="it-IT"/>
              </w:rPr>
              <w:t xml:space="preserve"> Ovest (2712 m)</w:t>
            </w:r>
          </w:p>
          <w:p w14:paraId="7DA983D6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Rocca del Forno (2728 m)</w:t>
            </w:r>
          </w:p>
          <w:p w14:paraId="6B339829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Colle della </w:t>
            </w:r>
            <w:proofErr w:type="spellStart"/>
            <w:r w:rsidRPr="00A91B77">
              <w:rPr>
                <w:sz w:val="18"/>
                <w:lang w:val="it-IT"/>
              </w:rPr>
              <w:t>Muià</w:t>
            </w:r>
            <w:proofErr w:type="spellEnd"/>
            <w:r w:rsidRPr="00A91B77">
              <w:rPr>
                <w:sz w:val="18"/>
                <w:lang w:val="it-IT"/>
              </w:rPr>
              <w:t xml:space="preserve"> (2522 m)</w:t>
            </w:r>
          </w:p>
          <w:p w14:paraId="35613AA1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Punta di Nonna (2654 m)</w:t>
            </w:r>
          </w:p>
          <w:p w14:paraId="6E131551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Colle dell'</w:t>
            </w:r>
            <w:proofErr w:type="spellStart"/>
            <w:r w:rsidRPr="00A91B77">
              <w:rPr>
                <w:sz w:val="18"/>
                <w:lang w:val="it-IT"/>
              </w:rPr>
              <w:t>Alpetto</w:t>
            </w:r>
            <w:proofErr w:type="spellEnd"/>
            <w:r w:rsidRPr="00A91B77">
              <w:rPr>
                <w:sz w:val="18"/>
                <w:lang w:val="it-IT"/>
              </w:rPr>
              <w:t xml:space="preserve"> (2508 m)</w:t>
            </w:r>
          </w:p>
          <w:p w14:paraId="6D25B4AA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Punta delle </w:t>
            </w:r>
            <w:proofErr w:type="spellStart"/>
            <w:r w:rsidRPr="00A91B77">
              <w:rPr>
                <w:sz w:val="18"/>
                <w:lang w:val="it-IT"/>
              </w:rPr>
              <w:t>Ujette</w:t>
            </w:r>
            <w:proofErr w:type="spellEnd"/>
            <w:r w:rsidRPr="00A91B77">
              <w:rPr>
                <w:sz w:val="18"/>
                <w:lang w:val="it-IT"/>
              </w:rPr>
              <w:t xml:space="preserve"> (2583 m)</w:t>
            </w:r>
          </w:p>
          <w:p w14:paraId="5A90E1DB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Grand'</w:t>
            </w:r>
            <w:proofErr w:type="spellStart"/>
            <w:r w:rsidRPr="00A91B77">
              <w:rPr>
                <w:sz w:val="18"/>
                <w:lang w:val="it-IT"/>
              </w:rPr>
              <w:t>Uja</w:t>
            </w:r>
            <w:proofErr w:type="spellEnd"/>
            <w:r w:rsidRPr="00A91B77">
              <w:rPr>
                <w:sz w:val="18"/>
                <w:lang w:val="it-IT"/>
              </w:rPr>
              <w:t xml:space="preserve"> (2666 m)</w:t>
            </w:r>
          </w:p>
          <w:p w14:paraId="03357165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Croce Fenera (2404 m)</w:t>
            </w:r>
          </w:p>
          <w:p w14:paraId="344BD335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Costa Fenera (2620 m)</w:t>
            </w:r>
          </w:p>
          <w:p w14:paraId="5BF275D7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Colle Croce di Ferro (2558 m)</w:t>
            </w:r>
          </w:p>
        </w:tc>
        <w:tc>
          <w:tcPr>
            <w:tcW w:w="1728" w:type="dxa"/>
            <w:shd w:val="clear" w:color="auto" w:fill="F2F5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9FA4EC" w14:textId="77777777" w:rsidR="00A060BC" w:rsidRPr="00A91B77" w:rsidRDefault="00000000">
            <w:pPr>
              <w:spacing w:before="80" w:after="80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Dislivello:</w:t>
            </w:r>
          </w:p>
          <w:p w14:paraId="2A87008D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+1456 m</w:t>
            </w:r>
          </w:p>
          <w:p w14:paraId="182CDCCB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-1358 m</w:t>
            </w:r>
          </w:p>
          <w:p w14:paraId="0C1F1ABC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2051609C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Tempo: 9h</w:t>
            </w:r>
          </w:p>
          <w:p w14:paraId="6CF410FE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6A3CD5AF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b/>
                <w:color w:val="CC3333"/>
                <w:sz w:val="19"/>
                <w:lang w:val="it-IT"/>
              </w:rPr>
              <w:t>Difficoltà: F+ / AD-</w:t>
            </w:r>
          </w:p>
          <w:p w14:paraId="3ADE8CB1" w14:textId="77777777" w:rsidR="00A060BC" w:rsidRDefault="00000000">
            <w:pPr>
              <w:spacing w:after="40" w:line="264" w:lineRule="auto"/>
              <w:jc w:val="center"/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Alpinistica</w:t>
            </w:r>
            <w:proofErr w:type="spellEnd"/>
            <w:r>
              <w:rPr>
                <w:sz w:val="19"/>
              </w:rPr>
              <w:t>)</w:t>
            </w:r>
          </w:p>
        </w:tc>
        <w:tc>
          <w:tcPr>
            <w:tcW w:w="2880" w:type="dxa"/>
            <w:shd w:val="clear" w:color="auto" w:fill="F2F5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6C82E48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 xml:space="preserve">La tappa regina, tecnicamente più impegnativa. Cresta rocciosa a tratti ripida e affilata. Il tratto tra la Rocca del Forno e il Colle della </w:t>
            </w:r>
            <w:proofErr w:type="spellStart"/>
            <w:r w:rsidRPr="00A91B77">
              <w:rPr>
                <w:sz w:val="19"/>
                <w:lang w:val="it-IT"/>
              </w:rPr>
              <w:t>Muià</w:t>
            </w:r>
            <w:proofErr w:type="spellEnd"/>
            <w:r w:rsidRPr="00A91B77">
              <w:rPr>
                <w:sz w:val="19"/>
                <w:lang w:val="it-IT"/>
              </w:rPr>
              <w:t xml:space="preserve"> presenta passaggi esposti (fino al III grado) da percorrere con la massima attenzione.</w:t>
            </w:r>
          </w:p>
          <w:p w14:paraId="48A43AAD" w14:textId="77777777" w:rsidR="00A060BC" w:rsidRPr="00A91B77" w:rsidRDefault="00A060BC">
            <w:pPr>
              <w:spacing w:before="80" w:after="80"/>
              <w:rPr>
                <w:lang w:val="it-IT"/>
              </w:rPr>
            </w:pPr>
          </w:p>
          <w:p w14:paraId="5F6BD35D" w14:textId="21559D4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Supporto logistico fondamentale da parte dei soci per il rifornimento di attrezzature e bevande</w:t>
            </w:r>
            <w:r w:rsidR="00A91B77">
              <w:rPr>
                <w:sz w:val="19"/>
                <w:lang w:val="it-IT"/>
              </w:rPr>
              <w:t xml:space="preserve"> (la</w:t>
            </w:r>
            <w:r w:rsidRPr="00A91B77">
              <w:rPr>
                <w:sz w:val="19"/>
                <w:lang w:val="it-IT"/>
              </w:rPr>
              <w:t xml:space="preserve"> Capanna Sociale Ravetto</w:t>
            </w:r>
            <w:r w:rsidR="00A91B77">
              <w:rPr>
                <w:sz w:val="19"/>
                <w:lang w:val="it-IT"/>
              </w:rPr>
              <w:t xml:space="preserve"> è chiusa, solo utilizzabile i</w:t>
            </w:r>
            <w:r w:rsidR="00807F62">
              <w:rPr>
                <w:sz w:val="19"/>
                <w:lang w:val="it-IT"/>
              </w:rPr>
              <w:t>l ricovero invernale)</w:t>
            </w:r>
            <w:r w:rsidRPr="00A91B77">
              <w:rPr>
                <w:sz w:val="19"/>
                <w:lang w:val="it-IT"/>
              </w:rPr>
              <w:t>.</w:t>
            </w:r>
          </w:p>
        </w:tc>
      </w:tr>
      <w:tr w:rsidR="00A060BC" w:rsidRPr="00A91B77" w14:paraId="059C5A2C" w14:textId="77777777">
        <w:trPr>
          <w:cantSplit/>
          <w:jc w:val="center"/>
        </w:trPr>
        <w:tc>
          <w:tcPr>
            <w:tcW w:w="216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4440D2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b/>
                <w:color w:val="003366"/>
                <w:sz w:val="21"/>
                <w:lang w:val="it-IT"/>
              </w:rPr>
              <w:t>Tappa 5</w:t>
            </w:r>
            <w:r w:rsidRPr="00A91B77">
              <w:rPr>
                <w:i/>
                <w:color w:val="555555"/>
                <w:sz w:val="19"/>
                <w:lang w:val="it-IT"/>
              </w:rPr>
              <w:br/>
              <w:t>Capanna Sociale Ravetto — Rocciamelone</w:t>
            </w:r>
          </w:p>
        </w:tc>
        <w:tc>
          <w:tcPr>
            <w:tcW w:w="2592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77B8A4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M. Palon (2965 m)</w:t>
            </w:r>
          </w:p>
          <w:p w14:paraId="02F34B31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Passo Muret (2785 m)</w:t>
            </w:r>
          </w:p>
          <w:p w14:paraId="4A984196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Punta I Muret (3062 m)</w:t>
            </w:r>
          </w:p>
          <w:p w14:paraId="4E18E678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Colle </w:t>
            </w:r>
            <w:proofErr w:type="spellStart"/>
            <w:r w:rsidRPr="00A91B77">
              <w:rPr>
                <w:sz w:val="18"/>
                <w:lang w:val="it-IT"/>
              </w:rPr>
              <w:t>Brillet</w:t>
            </w:r>
            <w:proofErr w:type="spellEnd"/>
            <w:r w:rsidRPr="00A91B77">
              <w:rPr>
                <w:sz w:val="18"/>
                <w:lang w:val="it-IT"/>
              </w:rPr>
              <w:t xml:space="preserve"> (2950 m)</w:t>
            </w:r>
          </w:p>
          <w:p w14:paraId="2C4E654F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 xml:space="preserve">• Punta </w:t>
            </w:r>
            <w:proofErr w:type="spellStart"/>
            <w:r w:rsidRPr="00A91B77">
              <w:rPr>
                <w:sz w:val="18"/>
                <w:lang w:val="it-IT"/>
              </w:rPr>
              <w:t>Brillet</w:t>
            </w:r>
            <w:proofErr w:type="spellEnd"/>
            <w:r w:rsidRPr="00A91B77">
              <w:rPr>
                <w:sz w:val="18"/>
                <w:lang w:val="it-IT"/>
              </w:rPr>
              <w:t xml:space="preserve"> (3044 m)</w:t>
            </w:r>
          </w:p>
          <w:p w14:paraId="569147C3" w14:textId="77777777" w:rsidR="00A060BC" w:rsidRPr="00A91B77" w:rsidRDefault="00000000">
            <w:pPr>
              <w:spacing w:after="40" w:line="264" w:lineRule="auto"/>
              <w:rPr>
                <w:lang w:val="it-IT"/>
              </w:rPr>
            </w:pPr>
            <w:r w:rsidRPr="00A91B77">
              <w:rPr>
                <w:sz w:val="18"/>
                <w:lang w:val="it-IT"/>
              </w:rPr>
              <w:t>• Rocce Rosse (3253 m)</w:t>
            </w:r>
          </w:p>
          <w:p w14:paraId="1E7AE94C" w14:textId="77777777" w:rsidR="00A060BC" w:rsidRDefault="00000000">
            <w:pPr>
              <w:spacing w:after="40" w:line="264" w:lineRule="auto"/>
            </w:pPr>
            <w:r>
              <w:rPr>
                <w:sz w:val="18"/>
              </w:rPr>
              <w:t xml:space="preserve">• </w:t>
            </w:r>
            <w:proofErr w:type="spellStart"/>
            <w:r>
              <w:rPr>
                <w:sz w:val="18"/>
              </w:rPr>
              <w:t>Rocciamelone</w:t>
            </w:r>
            <w:proofErr w:type="spellEnd"/>
            <w:r>
              <w:rPr>
                <w:sz w:val="18"/>
              </w:rPr>
              <w:t xml:space="preserve"> (3538 m)</w:t>
            </w:r>
          </w:p>
        </w:tc>
        <w:tc>
          <w:tcPr>
            <w:tcW w:w="172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C54B9D6" w14:textId="77777777" w:rsidR="00A060BC" w:rsidRPr="00A91B77" w:rsidRDefault="00000000">
            <w:pPr>
              <w:spacing w:before="80" w:after="80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Dislivello:</w:t>
            </w:r>
          </w:p>
          <w:p w14:paraId="096A2D8C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+1359 m</w:t>
            </w:r>
          </w:p>
          <w:p w14:paraId="49620F6D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-379 m</w:t>
            </w:r>
          </w:p>
          <w:p w14:paraId="51F6B1F2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00157998" w14:textId="77777777" w:rsidR="00A060BC" w:rsidRPr="00A91B77" w:rsidRDefault="00000000">
            <w:pPr>
              <w:spacing w:after="40" w:line="264" w:lineRule="auto"/>
              <w:jc w:val="center"/>
              <w:rPr>
                <w:lang w:val="it-IT"/>
              </w:rPr>
            </w:pPr>
            <w:r w:rsidRPr="00A91B77">
              <w:rPr>
                <w:b/>
                <w:sz w:val="19"/>
                <w:lang w:val="it-IT"/>
              </w:rPr>
              <w:t>Tempo: 7h 40'</w:t>
            </w:r>
          </w:p>
          <w:p w14:paraId="52E6662E" w14:textId="77777777" w:rsidR="00A060BC" w:rsidRPr="00A91B77" w:rsidRDefault="00A060BC">
            <w:pPr>
              <w:spacing w:after="40" w:line="264" w:lineRule="auto"/>
              <w:jc w:val="center"/>
              <w:rPr>
                <w:lang w:val="it-IT"/>
              </w:rPr>
            </w:pPr>
          </w:p>
          <w:p w14:paraId="6BEAC1C2" w14:textId="77777777" w:rsidR="00A060BC" w:rsidRDefault="00000000">
            <w:pPr>
              <w:spacing w:after="40" w:line="264" w:lineRule="auto"/>
              <w:jc w:val="center"/>
            </w:pPr>
            <w:proofErr w:type="spellStart"/>
            <w:r>
              <w:rPr>
                <w:b/>
                <w:color w:val="CC3333"/>
                <w:sz w:val="19"/>
              </w:rPr>
              <w:t>Difficoltà</w:t>
            </w:r>
            <w:proofErr w:type="spellEnd"/>
            <w:r>
              <w:rPr>
                <w:b/>
                <w:color w:val="CC3333"/>
                <w:sz w:val="19"/>
              </w:rPr>
              <w:t>: PD</w:t>
            </w:r>
          </w:p>
          <w:p w14:paraId="28182F28" w14:textId="77777777" w:rsidR="00A060BC" w:rsidRDefault="00000000">
            <w:pPr>
              <w:spacing w:after="40" w:line="264" w:lineRule="auto"/>
              <w:jc w:val="center"/>
            </w:pPr>
            <w:r>
              <w:rPr>
                <w:sz w:val="19"/>
              </w:rPr>
              <w:t>(Alpinistica)</w:t>
            </w:r>
          </w:p>
        </w:tc>
        <w:tc>
          <w:tcPr>
            <w:tcW w:w="288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2D5D8CA" w14:textId="77777777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Tappa di alta montagna su creste rocciose e detritiche. Passaggi di II e III grado (primo e secondo salto delle Rocce Rosse) esposti ma su ottima roccia. Arrivo trionfale sulla vetta del Rocciamelone (3538 m).</w:t>
            </w:r>
          </w:p>
          <w:p w14:paraId="20EA8D42" w14:textId="77777777" w:rsidR="00A060BC" w:rsidRPr="00A91B77" w:rsidRDefault="00A060BC">
            <w:pPr>
              <w:spacing w:before="80" w:after="80"/>
              <w:rPr>
                <w:lang w:val="it-IT"/>
              </w:rPr>
            </w:pPr>
          </w:p>
          <w:p w14:paraId="6139E894" w14:textId="02965FA9" w:rsidR="00A060BC" w:rsidRPr="00A91B77" w:rsidRDefault="00000000">
            <w:pPr>
              <w:spacing w:before="80" w:after="80"/>
              <w:rPr>
                <w:lang w:val="it-IT"/>
              </w:rPr>
            </w:pPr>
            <w:r w:rsidRPr="00A91B77">
              <w:rPr>
                <w:sz w:val="19"/>
                <w:lang w:val="it-IT"/>
              </w:rPr>
              <w:t>Supporto logistico per l'ultima tappa garantito dai soci</w:t>
            </w:r>
            <w:r w:rsidR="00807F62">
              <w:rPr>
                <w:sz w:val="19"/>
                <w:lang w:val="it-IT"/>
              </w:rPr>
              <w:t xml:space="preserve"> che accoglieranno i partecipanti sul Rocciamelone</w:t>
            </w:r>
            <w:r w:rsidRPr="00A91B77">
              <w:rPr>
                <w:sz w:val="19"/>
                <w:lang w:val="it-IT"/>
              </w:rPr>
              <w:t>.</w:t>
            </w:r>
          </w:p>
        </w:tc>
      </w:tr>
    </w:tbl>
    <w:p w14:paraId="5A3C0CBF" w14:textId="77777777" w:rsidR="00A060BC" w:rsidRPr="00A91B77" w:rsidRDefault="00A060BC">
      <w:pPr>
        <w:rPr>
          <w:lang w:val="it-IT"/>
        </w:rPr>
      </w:pPr>
    </w:p>
    <w:sectPr w:rsidR="00A060BC" w:rsidRPr="00A91B77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6353322">
    <w:abstractNumId w:val="8"/>
  </w:num>
  <w:num w:numId="2" w16cid:durableId="780808376">
    <w:abstractNumId w:val="6"/>
  </w:num>
  <w:num w:numId="3" w16cid:durableId="1371566435">
    <w:abstractNumId w:val="5"/>
  </w:num>
  <w:num w:numId="4" w16cid:durableId="1801070242">
    <w:abstractNumId w:val="4"/>
  </w:num>
  <w:num w:numId="5" w16cid:durableId="384572387">
    <w:abstractNumId w:val="7"/>
  </w:num>
  <w:num w:numId="6" w16cid:durableId="1686051623">
    <w:abstractNumId w:val="3"/>
  </w:num>
  <w:num w:numId="7" w16cid:durableId="1635867538">
    <w:abstractNumId w:val="2"/>
  </w:num>
  <w:num w:numId="8" w16cid:durableId="666401948">
    <w:abstractNumId w:val="1"/>
  </w:num>
  <w:num w:numId="9" w16cid:durableId="1971324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7685"/>
    <w:rsid w:val="00807F62"/>
    <w:rsid w:val="00A060BC"/>
    <w:rsid w:val="00A91B7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D02F7C"/>
  <w14:defaultImageDpi w14:val="300"/>
  <w15:docId w15:val="{F8A666A1-8642-431C-A532-3CCDEB44E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Calibri" w:hAnsi="Calibri"/>
      <w:color w:val="333333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Tullio Genova</cp:lastModifiedBy>
  <cp:revision>2</cp:revision>
  <dcterms:created xsi:type="dcterms:W3CDTF">2013-12-23T23:15:00Z</dcterms:created>
  <dcterms:modified xsi:type="dcterms:W3CDTF">2026-09-07T14:35:00Z</dcterms:modified>
  <cp:category/>
</cp:coreProperties>
</file>